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0"/>
      </w:pPr>
      <w:r>
        <w:rPr>
          <w:b w:val="0"/>
        </w:rPr>
        <w:t>نموذج البرنامج الانتخابي</w:t>
      </w:r>
    </w:p>
    <w:p>
      <w:pPr>
        <w:jc w:val="right"/>
        <w:bidi w:val="0"/>
      </w:pPr>
      <w:r>
        <w:rPr>
          <w:b/>
          <w:sz w:val="22"/>
        </w:rPr>
        <w:t>الترشح لعضوية مجلس إدارة جمعية احتواء الأهلية في الدورة الثانية</w:t>
      </w:r>
    </w:p>
    <w:p>
      <w:pPr>
        <w:jc w:val="right"/>
        <w:bidi w:val="0"/>
      </w:pPr>
      <w:r>
        <w:rPr>
          <w:b w:val="0"/>
          <w:sz w:val="19"/>
        </w:rPr>
        <w:t>يعبئ المرشح هذا النموذج لعرض خبراته وأولوياته ومبادراته على أعضاء الجمعية العمومية. تُستخدم العناوين والمساحة نفسها لجميع المرشحين لتيسير المقارنة.</w:t>
      </w:r>
    </w:p>
    <w:p>
      <w:pPr>
        <w:jc w:val="right"/>
        <w:bidi w:val="0"/>
      </w:pPr>
      <w:r>
        <w:rPr>
          <w:b w:val="0"/>
          <w:color w:val="586F75"/>
          <w:sz w:val="18"/>
        </w:rPr>
        <w:t>إرشادات التعبئة  استبدل النص بين الأقواس بإجابتك، والتزم بالحدود المقترحة. تراجع اللجنة النسخة قبل نشرها. لا تدرج رقم الهوية أو بيانات التواصل الخاصة.</w:t>
      </w:r>
    </w:p>
    <w:p>
      <w:pPr>
        <w:pStyle w:val="Heading1"/>
        <w:jc w:val="right"/>
        <w:bidi w:val="0"/>
      </w:pPr>
      <w:r>
        <w:rPr>
          <w:b w:val="0"/>
        </w:rPr>
        <w:t>التعريف بالمرشح</w:t>
      </w:r>
    </w:p>
    <w:p>
      <w:pPr>
        <w:jc w:val="right"/>
        <w:bidi w:val="0"/>
      </w:pPr>
      <w:r>
        <w:rPr>
          <w:b w:val="0"/>
        </w:rPr>
      </w:r>
      <w:r>
        <w:rPr>
          <w:b/>
        </w:rPr>
        <w:t xml:space="preserve">الاسم الكامل  </w:t>
      </w:r>
      <w:sdt>
        <w:sdtPr>
          <w:alias w:val="الاسم الكامل"/>
          <w:tag w:val="field_1"/>
          <w:id w:val="101"/>
          <w:text/>
        </w:sdtPr>
        <w:sdtContent>
          <w:r>
            <w:rPr>
              <w:color w:val="819397"/>
              <w:rtl/>
            </w:rPr>
            <w:t>[الاسم كما سيظهر في قائمة المرشحين]</w:t>
          </w:r>
        </w:sdtContent>
      </w:sdt>
    </w:p>
    <w:p>
      <w:pPr>
        <w:jc w:val="right"/>
        <w:bidi w:val="0"/>
      </w:pPr>
      <w:r>
        <w:rPr>
          <w:b w:val="0"/>
        </w:rPr>
      </w:r>
      <w:r>
        <w:rPr>
          <w:b/>
        </w:rPr>
        <w:t xml:space="preserve">المؤهل والتخصص  </w:t>
      </w:r>
      <w:sdt>
        <w:sdtPr>
          <w:alias w:val="المؤهل والتخصص"/>
          <w:tag w:val="field_2"/>
          <w:id w:val="102"/>
          <w:text/>
        </w:sdtPr>
        <w:sdtContent>
          <w:r>
            <w:rPr>
              <w:color w:val="819397"/>
              <w:rtl/>
            </w:rPr>
            <w:t>[المؤهل العلمي والتخصص]</w:t>
          </w:r>
        </w:sdtContent>
      </w:sdt>
    </w:p>
    <w:p>
      <w:pPr>
        <w:jc w:val="right"/>
        <w:bidi w:val="0"/>
      </w:pPr>
      <w:r>
        <w:rPr>
          <w:b w:val="0"/>
        </w:rPr>
      </w:r>
      <w:r>
        <w:rPr>
          <w:b/>
        </w:rPr>
        <w:t xml:space="preserve">العمل الحالي  </w:t>
      </w:r>
      <w:sdt>
        <w:sdtPr>
          <w:alias w:val="العمل الحالي"/>
          <w:tag w:val="field_3"/>
          <w:id w:val="103"/>
          <w:text/>
        </w:sdtPr>
        <w:sdtContent>
          <w:r>
            <w:rPr>
              <w:color w:val="819397"/>
              <w:rtl/>
            </w:rPr>
            <w:t>[المسمى الوظيفي والجهة]</w:t>
          </w:r>
        </w:sdtContent>
      </w:sdt>
    </w:p>
    <w:p>
      <w:pPr>
        <w:jc w:val="right"/>
        <w:bidi w:val="0"/>
      </w:pPr>
      <w:r>
        <w:rPr>
          <w:b w:val="0"/>
        </w:rPr>
      </w:r>
      <w:r>
        <w:rPr>
          <w:b/>
        </w:rPr>
        <w:t xml:space="preserve">رقم المرشح  </w:t>
      </w:r>
      <w:sdt>
        <w:sdtPr>
          <w:alias w:val="رقم المرشح"/>
          <w:tag w:val="field_4"/>
          <w:id w:val="104"/>
          <w:text/>
        </w:sdtPr>
        <w:sdtContent>
          <w:r>
            <w:rPr>
              <w:color w:val="819397"/>
              <w:rtl/>
            </w:rPr>
            <w:t>[تعبئه اللجنة بعد اعتماد القائمة]</w:t>
          </w:r>
        </w:sdtContent>
      </w:sdt>
    </w:p>
    <w:p>
      <w:pPr>
        <w:jc w:val="right"/>
        <w:bidi w:val="0"/>
      </w:pPr>
      <w:r>
        <w:rPr>
          <w:b w:val="0"/>
          <w:color w:val="586F75"/>
          <w:sz w:val="18"/>
        </w:rPr>
        <w:t>الصورة الشخصية اختيارية وتُرفق في ملف مستقل عند الرغبة في نشرها.</w:t>
      </w:r>
    </w:p>
    <w:p>
      <w:pPr>
        <w:pStyle w:val="Heading1"/>
        <w:jc w:val="right"/>
        <w:bidi w:val="0"/>
      </w:pPr>
      <w:r>
        <w:rPr>
          <w:b w:val="0"/>
        </w:rPr>
        <w:t>الخبرات والإنجازات ذات الصلة</w:t>
      </w:r>
    </w:p>
    <w:p>
      <w:pPr>
        <w:jc w:val="right"/>
        <w:bidi w:val="0"/>
      </w:pPr>
      <w:r>
        <w:rPr>
          <w:b w:val="0"/>
        </w:rPr>
      </w:r>
      <w:sdt>
        <w:sdtPr>
          <w:alias w:val="حتى ثلاث خبرات أو إنجازات تخدم رسالة احتواء في 70 كلمة"/>
          <w:tag w:val="field_5"/>
          <w:id w:val="105"/>
          <w:text/>
        </w:sdtPr>
        <w:sdtContent>
          <w:r>
            <w:rPr>
              <w:color w:val="819397"/>
              <w:rtl/>
            </w:rPr>
            <w:t>[حتى ثلاث خبرات أو إنجازات تخدم رسالة احتواء في 70 كلمة]</w:t>
          </w:r>
        </w:sdtContent>
      </w:sdt>
    </w:p>
    <w:p>
      <w:pPr>
        <w:spacing w:after="20"/>
        <w:jc w:val="right"/>
        <w:bidi w:val="0"/>
      </w:pPr>
      <w:r>
        <w:rPr>
          <w:b w:val="0"/>
          <w:color w:val="B7C4C7"/>
          <w:sz w:val="18"/>
        </w:rPr>
        <w:t xml:space="preserve">................................................................................................................................... </w:t>
      </w:r>
    </w:p>
    <w:p>
      <w:pPr>
        <w:spacing w:after="20"/>
        <w:jc w:val="right"/>
        <w:bidi w:val="0"/>
      </w:pPr>
      <w:r>
        <w:rPr>
          <w:b w:val="0"/>
          <w:color w:val="B7C4C7"/>
          <w:sz w:val="18"/>
        </w:rPr>
        <w:t xml:space="preserve">................................................................................................................................... </w:t>
      </w:r>
    </w:p>
    <w:p>
      <w:pPr>
        <w:pStyle w:val="Heading1"/>
        <w:jc w:val="right"/>
        <w:bidi w:val="0"/>
      </w:pPr>
      <w:r>
        <w:rPr>
          <w:b w:val="0"/>
        </w:rPr>
        <w:t>دافع الترشح والإضافة التي أقدمها</w:t>
      </w:r>
    </w:p>
    <w:p>
      <w:pPr>
        <w:jc w:val="right"/>
        <w:bidi w:val="0"/>
      </w:pPr>
      <w:r>
        <w:rPr>
          <w:b w:val="0"/>
        </w:rPr>
      </w:r>
      <w:sdt>
        <w:sdtPr>
          <w:alias w:val="لماذا أترشح وما الإضافة المحددة التي أستطيع تقديمها في 70 كلمة"/>
          <w:tag w:val="field_6"/>
          <w:id w:val="106"/>
          <w:text/>
        </w:sdtPr>
        <w:sdtContent>
          <w:r>
            <w:rPr>
              <w:color w:val="819397"/>
              <w:rtl/>
            </w:rPr>
            <w:t>[لماذا أترشح وما الإضافة المحددة التي أستطيع تقديمها في 70 كلمة]</w:t>
          </w:r>
        </w:sdtContent>
      </w:sdt>
    </w:p>
    <w:p>
      <w:pPr>
        <w:spacing w:after="20"/>
        <w:jc w:val="right"/>
        <w:bidi w:val="0"/>
      </w:pPr>
      <w:r>
        <w:rPr>
          <w:b w:val="0"/>
          <w:color w:val="B7C4C7"/>
          <w:sz w:val="18"/>
        </w:rPr>
        <w:t xml:space="preserve">................................................................................................................................... </w:t>
      </w:r>
    </w:p>
    <w:p>
      <w:pPr>
        <w:pStyle w:val="Heading1"/>
        <w:jc w:val="right"/>
        <w:bidi w:val="0"/>
      </w:pPr>
      <w:r>
        <w:rPr>
          <w:b w:val="0"/>
        </w:rPr>
        <w:t>رؤيتي لتطوير احتواء</w:t>
      </w:r>
    </w:p>
    <w:p>
      <w:pPr>
        <w:jc w:val="right"/>
        <w:bidi w:val="0"/>
      </w:pPr>
      <w:r>
        <w:rPr>
          <w:b w:val="0"/>
        </w:rPr>
      </w:r>
      <w:sdt>
        <w:sdtPr>
          <w:alias w:val="الأثر الذي أسعى للمساهمة فيه بما ينسجم مع أهداف الجمعية في 50 كلمة"/>
          <w:tag w:val="field_7"/>
          <w:id w:val="107"/>
          <w:text/>
        </w:sdtPr>
        <w:sdtContent>
          <w:r>
            <w:rPr>
              <w:color w:val="819397"/>
              <w:rtl/>
            </w:rPr>
            <w:t>[الأثر الذي أسعى للمساهمة فيه بما ينسجم مع أهداف الجمعية في 50 كلمة]</w:t>
          </w:r>
        </w:sdtContent>
      </w:sdt>
    </w:p>
    <w:p>
      <w:pPr>
        <w:spacing w:after="20"/>
        <w:jc w:val="right"/>
        <w:bidi w:val="0"/>
      </w:pPr>
      <w:r>
        <w:rPr>
          <w:b w:val="0"/>
          <w:color w:val="B7C4C7"/>
          <w:sz w:val="18"/>
        </w:rPr>
        <w:t xml:space="preserve">................................................................................................................................... </w:t>
      </w:r>
    </w:p>
    <w:p>
      <w:pPr>
        <w:pStyle w:val="Heading1"/>
        <w:jc w:val="right"/>
        <w:bidi w:val="0"/>
      </w:pPr>
      <w:r>
        <w:rPr>
          <w:b w:val="0"/>
        </w:rPr>
        <w:t>أولوياتي خلال دورة المجلس</w:t>
      </w:r>
    </w:p>
    <w:p>
      <w:pPr>
        <w:jc w:val="right"/>
        <w:bidi w:val="0"/>
      </w:pPr>
      <w:r>
        <w:rPr>
          <w:b w:val="0"/>
        </w:rPr>
      </w:r>
      <w:r>
        <w:rPr>
          <w:b/>
        </w:rPr>
        <w:t xml:space="preserve">الأولوية 1  </w:t>
      </w:r>
      <w:sdt>
        <w:sdtPr>
          <w:alias w:val="الأولوية 1"/>
          <w:tag w:val="field_8"/>
          <w:id w:val="108"/>
          <w:text/>
        </w:sdtPr>
        <w:sdtContent>
          <w:r>
            <w:rPr>
              <w:color w:val="819397"/>
              <w:rtl/>
            </w:rPr>
            <w:t>[أولوية محددة في جملة واحدة]</w:t>
          </w:r>
        </w:sdtContent>
      </w:sdt>
    </w:p>
    <w:p>
      <w:pPr>
        <w:jc w:val="right"/>
        <w:bidi w:val="0"/>
      </w:pPr>
      <w:r>
        <w:rPr>
          <w:b w:val="0"/>
        </w:rPr>
      </w:r>
      <w:r>
        <w:rPr>
          <w:b/>
        </w:rPr>
        <w:t xml:space="preserve">الأولوية 2  </w:t>
      </w:r>
      <w:sdt>
        <w:sdtPr>
          <w:alias w:val="الأولوية 2"/>
          <w:tag w:val="field_9"/>
          <w:id w:val="109"/>
          <w:text/>
        </w:sdtPr>
        <w:sdtContent>
          <w:r>
            <w:rPr>
              <w:color w:val="819397"/>
              <w:rtl/>
            </w:rPr>
            <w:t>[أولوية محددة في جملة واحدة]</w:t>
          </w:r>
        </w:sdtContent>
      </w:sdt>
    </w:p>
    <w:p>
      <w:pPr>
        <w:jc w:val="right"/>
        <w:bidi w:val="0"/>
      </w:pPr>
      <w:r>
        <w:rPr>
          <w:b w:val="0"/>
        </w:rPr>
      </w:r>
      <w:r>
        <w:rPr>
          <w:b/>
        </w:rPr>
        <w:t xml:space="preserve">الأولوية 3  </w:t>
      </w:r>
      <w:sdt>
        <w:sdtPr>
          <w:alias w:val="الأولوية 3"/>
          <w:tag w:val="field_10"/>
          <w:id w:val="110"/>
          <w:text/>
        </w:sdtPr>
        <w:sdtContent>
          <w:r>
            <w:rPr>
              <w:color w:val="819397"/>
              <w:rtl/>
            </w:rPr>
            <w:t>[أولوية محددة في جملة واحدة]</w:t>
          </w:r>
        </w:sdtContent>
      </w:sdt>
    </w:p>
    <w:p>
      <w:r>
        <w:br w:type="page"/>
      </w:r>
    </w:p>
    <w:p>
      <w:pPr>
        <w:pStyle w:val="Title"/>
        <w:jc w:val="right"/>
        <w:bidi w:val="0"/>
      </w:pPr>
      <w:r>
        <w:rPr>
          <w:b w:val="0"/>
        </w:rPr>
        <w:t>المبادرات والمساهمة في المجلس</w:t>
      </w:r>
    </w:p>
    <w:p>
      <w:pPr>
        <w:jc w:val="right"/>
        <w:bidi w:val="0"/>
      </w:pPr>
      <w:r>
        <w:rPr>
          <w:b w:val="0"/>
        </w:rPr>
      </w:r>
      <w:r>
        <w:rPr>
          <w:b/>
        </w:rPr>
        <w:t xml:space="preserve">اسم المرشح  </w:t>
      </w:r>
      <w:sdt>
        <w:sdtPr>
          <w:alias w:val="اسم المرشح"/>
          <w:tag w:val="field_11"/>
          <w:id w:val="111"/>
          <w:text/>
        </w:sdtPr>
        <w:sdtContent>
          <w:r>
            <w:rPr>
              <w:color w:val="819397"/>
              <w:rtl/>
            </w:rPr>
            <w:t>[الاسم الكامل]</w:t>
          </w:r>
        </w:sdtContent>
      </w:sdt>
    </w:p>
    <w:p>
      <w:pPr>
        <w:pStyle w:val="Heading1"/>
        <w:jc w:val="right"/>
        <w:bidi w:val="0"/>
      </w:pPr>
      <w:r>
        <w:rPr>
          <w:b w:val="0"/>
        </w:rPr>
        <w:t>مبادراتي المقترحة</w:t>
      </w:r>
    </w:p>
    <w:p>
      <w:pPr>
        <w:jc w:val="right"/>
        <w:bidi w:val="0"/>
      </w:pPr>
      <w:r>
        <w:rPr>
          <w:b w:val="0"/>
          <w:sz w:val="19"/>
        </w:rPr>
        <w:t>اقترح مبادرتين أو ثلاثًا. لكل مبادرة اكتب نتيجة ومؤشرًا يمكن متابعتهما، وبيّن مساهمتك في التوجيه أو الإشراف أو تيسير الشراكات. يمكن تقدير الموارد أو الشركاء ضمن وصف المبادرة.</w:t>
      </w:r>
    </w:p>
    <w:tbl>
      <w:tblPr>
        <w:tblW w:type="auto" w:w="0"/>
        <w:jc w:val="center"/>
        <w:tblLayout w:type="fixed"/>
        <w:tblLook w:firstColumn="1" w:firstRow="1" w:lastColumn="0" w:lastRow="0" w:noHBand="0" w:noVBand="1" w:val="04A0"/>
        <w:bidiVisual/>
      </w:tblPr>
      <w:tblGrid>
        <w:gridCol w:w="2376"/>
        <w:gridCol w:w="1872"/>
        <w:gridCol w:w="1800"/>
        <w:gridCol w:w="1224"/>
        <w:gridCol w:w="3096"/>
      </w:tblGrid>
      <w:tr>
        <w:trPr>
          <w:tblHeader/>
          <w:cantSplit/>
        </w:trPr>
        <w:tc>
          <w:tcPr>
            <w:tcW w:type="dxa" w:w="2376"/>
            <w:shd w:fill="1C4A5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jc w:val="right"/>
              <w:bidi w:val="0"/>
            </w:pPr>
            <w:r>
              <w:rPr>
                <w:b/>
                <w:color w:val="FFFFFF"/>
                <w:sz w:val="18"/>
              </w:rPr>
              <w:t>المبادرة ووصفها</w:t>
            </w:r>
          </w:p>
        </w:tc>
        <w:tc>
          <w:tcPr>
            <w:tcW w:type="dxa" w:w="1872"/>
            <w:shd w:fill="1C4A5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jc w:val="right"/>
              <w:bidi w:val="0"/>
            </w:pPr>
            <w:r>
              <w:rPr>
                <w:b/>
                <w:color w:val="FFFFFF"/>
                <w:sz w:val="18"/>
              </w:rPr>
              <w:t>النتيجة المستهدفة</w:t>
            </w:r>
          </w:p>
        </w:tc>
        <w:tc>
          <w:tcPr>
            <w:tcW w:type="dxa" w:w="1800"/>
            <w:shd w:fill="1C4A5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jc w:val="right"/>
              <w:bidi w:val="0"/>
            </w:pPr>
            <w:r>
              <w:rPr>
                <w:b/>
                <w:color w:val="FFFFFF"/>
                <w:sz w:val="18"/>
              </w:rPr>
              <w:t>مؤشر القياس</w:t>
            </w:r>
          </w:p>
        </w:tc>
        <w:tc>
          <w:tcPr>
            <w:tcW w:type="dxa" w:w="1224"/>
            <w:shd w:fill="1C4A5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jc w:val="right"/>
              <w:bidi w:val="0"/>
            </w:pPr>
            <w:r>
              <w:rPr>
                <w:b/>
                <w:color w:val="FFFFFF"/>
                <w:sz w:val="18"/>
              </w:rPr>
              <w:t>المدة المقترحة</w:t>
            </w:r>
          </w:p>
        </w:tc>
        <w:tc>
          <w:tcPr>
            <w:tcW w:type="dxa" w:w="3096"/>
            <w:shd w:fill="1C4A5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jc w:val="right"/>
              <w:bidi w:val="0"/>
            </w:pPr>
            <w:r>
              <w:rPr>
                <w:b/>
                <w:color w:val="FFFFFF"/>
                <w:sz w:val="18"/>
              </w:rPr>
              <w:t>مساهمتي كعضو مجلس</w:t>
            </w:r>
          </w:p>
        </w:tc>
      </w:tr>
      <w:tr>
        <w:trPr>
          <w:trHeight w:val="1368"/>
          <w:cantSplit/>
        </w:trPr>
        <w:tc>
          <w:tcPr>
            <w:tcW w:type="dxa" w:w="2376"/>
            <w:vAlign w:val="center"/>
            <w:shd w:fill="F3F7F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عنوان ووصف مختصر"/>
                <w:tag w:val="field_12"/>
                <w:id w:val="112"/>
                <w:text/>
              </w:sdtPr>
              <w:sdtContent>
                <w:r>
                  <w:rPr>
                    <w:color w:val="819397"/>
                    <w:rtl/>
                  </w:rPr>
                  <w:t>[عنوان ووصف مختصر]</w:t>
                </w:r>
              </w:sdtContent>
            </w:sdt>
          </w:p>
        </w:tc>
        <w:tc>
          <w:tcPr>
            <w:tcW w:type="dxa" w:w="1872"/>
            <w:vAlign w:val="center"/>
            <w:shd w:fill="F3F7F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التحسن المتوقع"/>
                <w:tag w:val="field_13"/>
                <w:id w:val="113"/>
                <w:text/>
              </w:sdtPr>
              <w:sdtContent>
                <w:r>
                  <w:rPr>
                    <w:color w:val="819397"/>
                    <w:rtl/>
                  </w:rPr>
                  <w:t>[التحسن المتوقع]</w:t>
                </w:r>
              </w:sdtContent>
            </w:sdt>
          </w:p>
        </w:tc>
        <w:tc>
          <w:tcPr>
            <w:tcW w:type="dxa" w:w="1800"/>
            <w:vAlign w:val="center"/>
            <w:shd w:fill="F3F7F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مقياس النجاح"/>
                <w:tag w:val="field_14"/>
                <w:id w:val="114"/>
                <w:text/>
              </w:sdtPr>
              <w:sdtContent>
                <w:r>
                  <w:rPr>
                    <w:color w:val="819397"/>
                    <w:rtl/>
                  </w:rPr>
                  <w:t>[مقياس النجاح]</w:t>
                </w:r>
              </w:sdtContent>
            </w:sdt>
          </w:p>
        </w:tc>
        <w:tc>
          <w:tcPr>
            <w:tcW w:type="dxa" w:w="1224"/>
            <w:vAlign w:val="center"/>
            <w:shd w:fill="F3F7F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مدة تقديرية"/>
                <w:tag w:val="field_15"/>
                <w:id w:val="115"/>
                <w:text/>
              </w:sdtPr>
              <w:sdtContent>
                <w:r>
                  <w:rPr>
                    <w:color w:val="819397"/>
                    <w:rtl/>
                  </w:rPr>
                  <w:t>[مدة تقديرية]</w:t>
                </w:r>
              </w:sdtContent>
            </w:sdt>
          </w:p>
        </w:tc>
        <w:tc>
          <w:tcPr>
            <w:tcW w:type="dxa" w:w="3096"/>
            <w:vAlign w:val="center"/>
            <w:shd w:fill="F3F7F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دوري والموارد المتاحة"/>
                <w:tag w:val="field_16"/>
                <w:id w:val="116"/>
                <w:text/>
              </w:sdtPr>
              <w:sdtContent>
                <w:r>
                  <w:rPr>
                    <w:color w:val="819397"/>
                    <w:rtl/>
                  </w:rPr>
                  <w:t>[دوري والموارد المتاحة]</w:t>
                </w:r>
              </w:sdtContent>
            </w:sdt>
          </w:p>
        </w:tc>
      </w:tr>
      <w:tr>
        <w:trPr>
          <w:trHeight w:val="1368"/>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عنوان ووصف مختصر"/>
                <w:tag w:val="field_17"/>
                <w:id w:val="117"/>
                <w:text/>
              </w:sdtPr>
              <w:sdtContent>
                <w:r>
                  <w:rPr>
                    <w:color w:val="819397"/>
                    <w:rtl/>
                  </w:rPr>
                  <w:t>[عنوان ووصف مختصر]</w:t>
                </w:r>
              </w:sdtContent>
            </w:sdt>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التحسن المتوقع"/>
                <w:tag w:val="field_18"/>
                <w:id w:val="118"/>
                <w:text/>
              </w:sdtPr>
              <w:sdtContent>
                <w:r>
                  <w:rPr>
                    <w:color w:val="819397"/>
                    <w:rtl/>
                  </w:rPr>
                  <w:t>[التحسن المتوقع]</w:t>
                </w:r>
              </w:sdtContent>
            </w:sdt>
          </w:p>
        </w:tc>
        <w:tc>
          <w:tcPr>
            <w:tcW w:type="dxa" w:w="180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مقياس النجاح"/>
                <w:tag w:val="field_19"/>
                <w:id w:val="119"/>
                <w:text/>
              </w:sdtPr>
              <w:sdtContent>
                <w:r>
                  <w:rPr>
                    <w:color w:val="819397"/>
                    <w:rtl/>
                  </w:rPr>
                  <w:t>[مقياس النجاح]</w:t>
                </w:r>
              </w:sdtContent>
            </w:sdt>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مدة تقديرية"/>
                <w:tag w:val="field_20"/>
                <w:id w:val="120"/>
                <w:text/>
              </w:sdtPr>
              <w:sdtContent>
                <w:r>
                  <w:rPr>
                    <w:color w:val="819397"/>
                    <w:rtl/>
                  </w:rPr>
                  <w:t>[مدة تقديرية]</w:t>
                </w:r>
              </w:sdtContent>
            </w:sdt>
          </w:p>
        </w:tc>
        <w:tc>
          <w:tcPr>
            <w:tcW w:type="dxa" w:w="30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دوري والموارد المتاحة"/>
                <w:tag w:val="field_21"/>
                <w:id w:val="121"/>
                <w:text/>
              </w:sdtPr>
              <w:sdtContent>
                <w:r>
                  <w:rPr>
                    <w:color w:val="819397"/>
                    <w:rtl/>
                  </w:rPr>
                  <w:t>[دوري والموارد المتاحة]</w:t>
                </w:r>
              </w:sdtContent>
            </w:sdt>
          </w:p>
        </w:tc>
      </w:tr>
      <w:tr>
        <w:trPr>
          <w:trHeight w:val="1368"/>
          <w:cantSplit/>
        </w:trPr>
        <w:tc>
          <w:tcPr>
            <w:tcW w:type="dxa" w:w="2376"/>
            <w:vAlign w:val="center"/>
            <w:shd w:fill="F3F7F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عنوان ووصف مختصر"/>
                <w:tag w:val="field_22"/>
                <w:id w:val="122"/>
                <w:text/>
              </w:sdtPr>
              <w:sdtContent>
                <w:r>
                  <w:rPr>
                    <w:color w:val="819397"/>
                    <w:rtl/>
                  </w:rPr>
                  <w:t>[عنوان ووصف مختصر]</w:t>
                </w:r>
              </w:sdtContent>
            </w:sdt>
          </w:p>
        </w:tc>
        <w:tc>
          <w:tcPr>
            <w:tcW w:type="dxa" w:w="1872"/>
            <w:vAlign w:val="center"/>
            <w:shd w:fill="F3F7F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التحسن المتوقع"/>
                <w:tag w:val="field_23"/>
                <w:id w:val="123"/>
                <w:text/>
              </w:sdtPr>
              <w:sdtContent>
                <w:r>
                  <w:rPr>
                    <w:color w:val="819397"/>
                    <w:rtl/>
                  </w:rPr>
                  <w:t>[التحسن المتوقع]</w:t>
                </w:r>
              </w:sdtContent>
            </w:sdt>
          </w:p>
        </w:tc>
        <w:tc>
          <w:tcPr>
            <w:tcW w:type="dxa" w:w="1800"/>
            <w:vAlign w:val="center"/>
            <w:shd w:fill="F3F7F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مقياس النجاح"/>
                <w:tag w:val="field_24"/>
                <w:id w:val="124"/>
                <w:text/>
              </w:sdtPr>
              <w:sdtContent>
                <w:r>
                  <w:rPr>
                    <w:color w:val="819397"/>
                    <w:rtl/>
                  </w:rPr>
                  <w:t>[مقياس النجاح]</w:t>
                </w:r>
              </w:sdtContent>
            </w:sdt>
          </w:p>
        </w:tc>
        <w:tc>
          <w:tcPr>
            <w:tcW w:type="dxa" w:w="1224"/>
            <w:vAlign w:val="center"/>
            <w:shd w:fill="F3F7F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مدة تقديرية"/>
                <w:tag w:val="field_25"/>
                <w:id w:val="125"/>
                <w:text/>
              </w:sdtPr>
              <w:sdtContent>
                <w:r>
                  <w:rPr>
                    <w:color w:val="819397"/>
                    <w:rtl/>
                  </w:rPr>
                  <w:t>[مدة تقديرية]</w:t>
                </w:r>
              </w:sdtContent>
            </w:sdt>
          </w:p>
        </w:tc>
        <w:tc>
          <w:tcPr>
            <w:tcW w:type="dxa" w:w="3096"/>
            <w:vAlign w:val="center"/>
            <w:shd w:fill="F3F7F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before="100" w:after="100"/>
              <w:jc w:val="right"/>
              <w:bidi w:val="0"/>
            </w:pPr>
            <w:sdt>
              <w:sdtPr>
                <w:alias w:val="دوري والموارد المتاحة"/>
                <w:tag w:val="field_26"/>
                <w:id w:val="126"/>
                <w:text/>
              </w:sdtPr>
              <w:sdtContent>
                <w:r>
                  <w:rPr>
                    <w:color w:val="819397"/>
                    <w:rtl/>
                  </w:rPr>
                  <w:t>[دوري والموارد المتاحة]</w:t>
                </w:r>
              </w:sdtContent>
            </w:sdt>
          </w:p>
        </w:tc>
      </w:tr>
    </w:tbl>
    <w:p>
      <w:pPr>
        <w:pStyle w:val="Heading1"/>
        <w:jc w:val="right"/>
        <w:bidi w:val="0"/>
      </w:pPr>
      <w:r>
        <w:rPr>
          <w:b w:val="0"/>
        </w:rPr>
        <w:t>مجالات المساهمة التي أستطيع خدمتها</w:t>
      </w:r>
    </w:p>
    <w:p>
      <w:pPr>
        <w:jc w:val="right"/>
        <w:bidi w:val="0"/>
      </w:pPr>
      <w:r>
        <w:rPr>
          <w:b w:val="0"/>
          <w:sz w:val="18"/>
        </w:rPr>
        <w:t>ضع علامة أمام مجالين أو ثلاثة، ويمكن إضافة مجال آخر.</w:t>
      </w:r>
    </w:p>
    <w:p>
      <w:pPr>
        <w:jc w:val="right"/>
        <w:bidi w:val="0"/>
      </w:pPr>
      <w:r>
        <w:rPr>
          <w:b w:val="0"/>
          <w:sz w:val="19"/>
        </w:rPr>
        <w:t>☐ تمكين الأيتام واستقلالهم     ☐ جودة الرعاية     ☐ التعليم والتأهيل والتوظيف</w:t>
      </w:r>
    </w:p>
    <w:p>
      <w:pPr>
        <w:jc w:val="right"/>
        <w:bidi w:val="0"/>
      </w:pPr>
      <w:r>
        <w:rPr>
          <w:b w:val="0"/>
          <w:sz w:val="19"/>
        </w:rPr>
        <w:t>☐ الاستدامة المالية     ☐ الشراكات     ☐ الحوكمة وقياس الأثر</w:t>
      </w:r>
    </w:p>
    <w:p>
      <w:pPr>
        <w:jc w:val="right"/>
        <w:bidi w:val="0"/>
      </w:pPr>
      <w:r>
        <w:rPr>
          <w:b w:val="0"/>
        </w:rPr>
      </w:r>
      <w:r>
        <w:rPr>
          <w:b/>
        </w:rPr>
        <w:t xml:space="preserve">مجال آخر  </w:t>
      </w:r>
      <w:sdt>
        <w:sdtPr>
          <w:alias w:val="مجال آخر"/>
          <w:tag w:val="field_27"/>
          <w:id w:val="127"/>
          <w:text/>
        </w:sdtPr>
        <w:sdtContent>
          <w:r>
            <w:rPr>
              <w:color w:val="819397"/>
              <w:rtl/>
            </w:rPr>
            <w:t>[اختياري]</w:t>
          </w:r>
        </w:sdtContent>
      </w:sdt>
    </w:p>
    <w:p>
      <w:pPr>
        <w:pStyle w:val="Heading1"/>
        <w:jc w:val="right"/>
        <w:bidi w:val="0"/>
      </w:pPr>
      <w:r>
        <w:rPr>
          <w:b w:val="0"/>
        </w:rPr>
        <w:t>مساهمتي العملية في أعمال المجلس ولجانه</w:t>
      </w:r>
    </w:p>
    <w:p>
      <w:pPr>
        <w:jc w:val="right"/>
        <w:bidi w:val="0"/>
      </w:pPr>
      <w:r>
        <w:rPr>
          <w:b w:val="0"/>
        </w:rPr>
      </w:r>
      <w:sdt>
        <w:sdtPr>
          <w:alias w:val="اللجان التي أستطيع خدمتها والخبرة والوقت اللذان أستطيع تقديمهما في 60 كلمة"/>
          <w:tag w:val="field_28"/>
          <w:id w:val="128"/>
          <w:text/>
        </w:sdtPr>
        <w:sdtContent>
          <w:r>
            <w:rPr>
              <w:color w:val="819397"/>
              <w:rtl/>
            </w:rPr>
            <w:t>[اللجان التي أستطيع خدمتها والخبرة والوقت اللذان أستطيع تقديمهما في 60 كلمة]</w:t>
          </w:r>
        </w:sdtContent>
      </w:sdt>
    </w:p>
    <w:p>
      <w:pPr>
        <w:spacing w:after="20"/>
        <w:jc w:val="right"/>
        <w:bidi w:val="0"/>
      </w:pPr>
      <w:r>
        <w:rPr>
          <w:b w:val="0"/>
          <w:color w:val="B7C4C7"/>
          <w:sz w:val="18"/>
        </w:rPr>
        <w:t xml:space="preserve">................................................................................................................................... </w:t>
      </w:r>
    </w:p>
    <w:p>
      <w:pPr>
        <w:spacing w:after="20"/>
        <w:jc w:val="right"/>
        <w:bidi w:val="0"/>
      </w:pPr>
      <w:r>
        <w:rPr>
          <w:b w:val="0"/>
          <w:color w:val="B7C4C7"/>
          <w:sz w:val="18"/>
        </w:rPr>
        <w:t xml:space="preserve">................................................................................................................................... </w:t>
      </w:r>
    </w:p>
    <w:p>
      <w:pPr>
        <w:pStyle w:val="Heading1"/>
        <w:jc w:val="right"/>
        <w:bidi w:val="0"/>
      </w:pPr>
      <w:r>
        <w:rPr>
          <w:b w:val="0"/>
        </w:rPr>
        <w:t>إقرار المرشح</w:t>
      </w:r>
    </w:p>
    <w:p>
      <w:pPr>
        <w:jc w:val="right"/>
        <w:bidi w:val="0"/>
      </w:pPr>
      <w:r>
        <w:rPr>
          <w:b w:val="0"/>
          <w:sz w:val="18"/>
        </w:rPr>
        <w:t>أقر بصحة المعلومات الواردة، وأوافق على نشر هذا البرنامج وبيانات التعريف المدرجة فيه بعد المراجعة. وأدرك أن المبادرات مقترحات تُدرس وتُعتمد من الجهات المخولة داخل الجمعية، وأن عملي في المجلس يقوم على المسؤولية المشتركة.</w:t>
      </w:r>
    </w:p>
    <w:p>
      <w:pPr>
        <w:jc w:val="right"/>
        <w:bidi w:val="0"/>
      </w:pPr>
      <w:r>
        <w:rPr>
          <w:b w:val="0"/>
        </w:rPr>
      </w:r>
      <w:r>
        <w:rPr>
          <w:b/>
        </w:rPr>
        <w:t xml:space="preserve">الاسم  </w:t>
      </w:r>
      <w:sdt>
        <w:sdtPr>
          <w:alias w:val="الاسم"/>
          <w:tag w:val="field_29"/>
          <w:id w:val="129"/>
          <w:text/>
        </w:sdtPr>
        <w:sdtContent>
          <w:r>
            <w:rPr>
              <w:color w:val="819397"/>
              <w:rtl/>
            </w:rPr>
            <w:t>[اسم المرشح]</w:t>
          </w:r>
        </w:sdtContent>
      </w:sdt>
    </w:p>
    <w:p>
      <w:pPr>
        <w:jc w:val="right"/>
        <w:bidi w:val="0"/>
      </w:pPr>
      <w:r>
        <w:rPr>
          <w:b w:val="0"/>
        </w:rPr>
      </w:r>
      <w:r>
        <w:rPr>
          <w:b/>
        </w:rPr>
        <w:t xml:space="preserve">التاريخ والتوقيع  </w:t>
      </w:r>
      <w:sdt>
        <w:sdtPr>
          <w:alias w:val="التاريخ والتوقيع"/>
          <w:tag w:val="field_30"/>
          <w:id w:val="130"/>
          <w:text/>
        </w:sdtPr>
        <w:sdtContent>
          <w:r>
            <w:rPr>
              <w:color w:val="819397"/>
              <w:rtl/>
            </w:rPr>
            <w:t>[يوم / شهر / سنة والتوقيع]</w:t>
          </w:r>
        </w:sdtContent>
      </w:sdt>
    </w:p>
    <w:sectPr w:rsidR="00FC693F" w:rsidRPr="0006063C" w:rsidSect="00034616">
      <w:headerReference w:type="default" r:id="rId9"/>
      <w:footerReference w:type="default" r:id="rId10"/>
      <w:pgSz w:w="12240" w:h="15840"/>
      <w:pgMar w:top="1037" w:right="936" w:bottom="792"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bidi w:val="0"/>
    </w:pPr>
    <w:r>
      <w:rPr>
        <w:color w:val="1C4A54"/>
        <w:sz w:val="16"/>
      </w:rPr>
      <w:t xml:space="preserve">جمعية احتواء الأهلية  |  انتخابات مجلس الإدارة للدورة الثانية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bidi w:val="0"/>
    </w:pPr>
    <w:r>
      <w:drawing>
        <wp:inline xmlns:a="http://schemas.openxmlformats.org/drawingml/2006/main" xmlns:pic="http://schemas.openxmlformats.org/drawingml/2006/picture">
          <wp:extent cx="868680" cy="329475"/>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868680" cy="329475"/>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DejaVu Sans" w:hAnsi="DejaVu Sans" w:cs="DejaVu Sans"/>
      <w:color w:val="000000"/>
      <w:sz w:val="21"/>
      <w:rt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DejaVu Sans" w:hAnsi="DejaVu Sans" w:cs="DejaVu Sans"/>
      <w:b/>
      <w:bCs/>
      <w:color w:val="000000"/>
      <w:sz w:val="24"/>
      <w:szCs w:val="28"/>
      <w:rt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cs="DejaVu Sans"/>
      <w:b/>
      <w:bCs/>
      <w:color w:val="000000"/>
      <w:sz w:val="26"/>
      <w:szCs w:val="26"/>
      <w:rt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DejaVu Sans" w:hAnsi="DejaVu Sans" w:cs="DejaVu Sans"/>
      <w:b/>
      <w:color w:val="000000"/>
      <w:spacing w:val="5"/>
      <w:kern w:val="28"/>
      <w:sz w:val="38"/>
      <w:szCs w:val="52"/>
      <w:rt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البرنامج الانتخابي لمرشحي مجلس إدارة جمعية احتواء</dc:title>
  <dc:subject/>
  <dc:creator>جمعية احتواء الأهلية</dc:creator>
  <cp:keywords/>
  <dc:description>generated by python-docx</dc:description>
  <cp:lastModifiedBy/>
  <cp:revision>1</cp:revision>
  <dcterms:created xsi:type="dcterms:W3CDTF">2013-12-23T23:15:00Z</dcterms:created>
  <dcterms:modified xsi:type="dcterms:W3CDTF">2013-12-23T23:15:00Z</dcterms:modified>
  <cp:category/>
</cp:coreProperties>
</file>